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551BE" w14:textId="77777777" w:rsidR="003146C6" w:rsidRPr="00027C32" w:rsidRDefault="009A2EBD">
      <w:pPr>
        <w:pStyle w:val="aa"/>
        <w:jc w:val="center"/>
        <w:rPr>
          <w:lang w:val="ru-RU"/>
        </w:rPr>
      </w:pPr>
      <w:r w:rsidRPr="00027C32">
        <w:rPr>
          <w:lang w:val="ru-RU"/>
        </w:rPr>
        <w:t>Тест для родителей: «Употребляет ли ребенок наркотики?»</w:t>
      </w:r>
    </w:p>
    <w:p w14:paraId="41FDD24C" w14:textId="77777777" w:rsidR="003146C6" w:rsidRPr="00027C32" w:rsidRDefault="009A2EBD">
      <w:pPr>
        <w:rPr>
          <w:lang w:val="ru-RU"/>
        </w:rPr>
      </w:pPr>
      <w:r w:rsidRPr="00027C32">
        <w:rPr>
          <w:lang w:val="ru-RU"/>
        </w:rPr>
        <w:t>Уважаемые родители! Прочитайте каждое утверждение и выберите вариант ответа («да» или «нет»), который наиболее точно отражает вашу ситуацию.</w:t>
      </w:r>
    </w:p>
    <w:p w14:paraId="41797325" w14:textId="77777777" w:rsidR="003146C6" w:rsidRPr="00027C32" w:rsidRDefault="009A2EBD">
      <w:pPr>
        <w:pStyle w:val="31"/>
        <w:rPr>
          <w:lang w:val="ru-RU"/>
        </w:rPr>
      </w:pPr>
      <w:r w:rsidRPr="00027C32">
        <w:rPr>
          <w:lang w:val="ru-RU"/>
        </w:rPr>
        <w:t>1. Изменения в поведении и общении</w:t>
      </w:r>
    </w:p>
    <w:p w14:paraId="6B431B7F" w14:textId="77777777" w:rsidR="003146C6" w:rsidRPr="00027C32" w:rsidRDefault="009A2EBD">
      <w:pPr>
        <w:rPr>
          <w:lang w:val="ru-RU"/>
        </w:rPr>
      </w:pPr>
      <w:r w:rsidRPr="00027C32">
        <w:rPr>
          <w:lang w:val="ru-RU"/>
        </w:rPr>
        <w:t xml:space="preserve">Ответьте на </w:t>
      </w:r>
      <w:r w:rsidRPr="00027C32">
        <w:rPr>
          <w:lang w:val="ru-RU"/>
        </w:rPr>
        <w:t>вопросы, оценивая изменения в поведении ребенка за последние несколько месяцев.</w:t>
      </w:r>
    </w:p>
    <w:p w14:paraId="0882B4CD" w14:textId="77777777" w:rsidR="003146C6" w:rsidRPr="00027C32" w:rsidRDefault="009A2EBD">
      <w:pPr>
        <w:pStyle w:val="a0"/>
        <w:rPr>
          <w:lang w:val="ru-RU"/>
        </w:rPr>
      </w:pPr>
      <w:r w:rsidRPr="00027C32">
        <w:rPr>
          <w:lang w:val="ru-RU"/>
        </w:rPr>
        <w:t>1. Ребенок стал более скрытным, избегает общения с семьей.</w:t>
      </w:r>
    </w:p>
    <w:p w14:paraId="195ED20D" w14:textId="77777777" w:rsidR="003146C6" w:rsidRPr="00027C32" w:rsidRDefault="009A2EBD">
      <w:pPr>
        <w:pStyle w:val="a0"/>
        <w:rPr>
          <w:lang w:val="ru-RU"/>
        </w:rPr>
      </w:pPr>
      <w:r w:rsidRPr="00027C32">
        <w:rPr>
          <w:lang w:val="ru-RU"/>
        </w:rPr>
        <w:t>2. Ребенок чувствует себя одиноким, изолированным, у него нет постоянных друзей.</w:t>
      </w:r>
    </w:p>
    <w:p w14:paraId="65ACEB53" w14:textId="77777777" w:rsidR="003146C6" w:rsidRPr="00027C32" w:rsidRDefault="009A2EBD">
      <w:pPr>
        <w:pStyle w:val="a0"/>
        <w:rPr>
          <w:lang w:val="ru-RU"/>
        </w:rPr>
      </w:pPr>
      <w:r w:rsidRPr="00027C32">
        <w:rPr>
          <w:lang w:val="ru-RU"/>
        </w:rPr>
        <w:t>3. Ребенок часто пропускает школу ил</w:t>
      </w:r>
      <w:r w:rsidRPr="00027C32">
        <w:rPr>
          <w:lang w:val="ru-RU"/>
        </w:rPr>
        <w:t>и значимые мероприятия, у него снизилась успеваемость.</w:t>
      </w:r>
    </w:p>
    <w:p w14:paraId="35CCCE9B" w14:textId="77777777" w:rsidR="003146C6" w:rsidRPr="00027C32" w:rsidRDefault="009A2EBD">
      <w:pPr>
        <w:pStyle w:val="a0"/>
        <w:rPr>
          <w:lang w:val="ru-RU"/>
        </w:rPr>
      </w:pPr>
      <w:r w:rsidRPr="00027C32">
        <w:rPr>
          <w:lang w:val="ru-RU"/>
        </w:rPr>
        <w:t>4. Потеря интереса к прежним увлечениям (спорт, хобби).</w:t>
      </w:r>
    </w:p>
    <w:p w14:paraId="0D1EE907" w14:textId="77777777" w:rsidR="003146C6" w:rsidRPr="00027C32" w:rsidRDefault="009A2EBD">
      <w:pPr>
        <w:pStyle w:val="a0"/>
        <w:rPr>
          <w:lang w:val="ru-RU"/>
        </w:rPr>
      </w:pPr>
      <w:r w:rsidRPr="00027C32">
        <w:rPr>
          <w:lang w:val="ru-RU"/>
        </w:rPr>
        <w:t>5. Ребенок стал чаще врать или уходить из дома без объяснений.</w:t>
      </w:r>
    </w:p>
    <w:p w14:paraId="75DE676A" w14:textId="77777777" w:rsidR="003146C6" w:rsidRPr="00027C32" w:rsidRDefault="009A2EBD">
      <w:pPr>
        <w:pStyle w:val="a0"/>
        <w:rPr>
          <w:lang w:val="ru-RU"/>
        </w:rPr>
      </w:pPr>
      <w:r w:rsidRPr="00027C32">
        <w:rPr>
          <w:lang w:val="ru-RU"/>
        </w:rPr>
        <w:t>6. Ребенок избегает зрительного контакта во время разговора.</w:t>
      </w:r>
    </w:p>
    <w:p w14:paraId="70323E59" w14:textId="77777777" w:rsidR="003146C6" w:rsidRPr="00027C32" w:rsidRDefault="009A2EBD">
      <w:pPr>
        <w:pStyle w:val="a0"/>
        <w:rPr>
          <w:lang w:val="ru-RU"/>
        </w:rPr>
      </w:pPr>
      <w:r w:rsidRPr="00027C32">
        <w:rPr>
          <w:lang w:val="ru-RU"/>
        </w:rPr>
        <w:t>7. В семье часто прои</w:t>
      </w:r>
      <w:r w:rsidRPr="00027C32">
        <w:rPr>
          <w:lang w:val="ru-RU"/>
        </w:rPr>
        <w:t>сходят конфликты, ссоры.</w:t>
      </w:r>
    </w:p>
    <w:p w14:paraId="528ECB73" w14:textId="77777777" w:rsidR="003146C6" w:rsidRPr="00027C32" w:rsidRDefault="009A2EBD">
      <w:pPr>
        <w:pStyle w:val="a0"/>
        <w:rPr>
          <w:lang w:val="ru-RU"/>
        </w:rPr>
      </w:pPr>
      <w:r w:rsidRPr="00027C32">
        <w:rPr>
          <w:lang w:val="ru-RU"/>
        </w:rPr>
        <w:t>8. Ребенок стал менее ответственным (забывает о делах, не выполняет обещания).</w:t>
      </w:r>
    </w:p>
    <w:p w14:paraId="4B1FE301" w14:textId="77777777" w:rsidR="003146C6" w:rsidRPr="00027C32" w:rsidRDefault="009A2EBD">
      <w:pPr>
        <w:rPr>
          <w:lang w:val="ru-RU"/>
        </w:rPr>
      </w:pPr>
      <w:r w:rsidRPr="00027C32">
        <w:rPr>
          <w:lang w:val="ru-RU"/>
        </w:rPr>
        <w:t>Интерпретация: если вы ответили «да» на 4 и более вопросов, это может указывать на серьезные изменения в поведении, которые требуют внимания. Скрытность</w:t>
      </w:r>
      <w:r w:rsidRPr="00027C32">
        <w:rPr>
          <w:lang w:val="ru-RU"/>
        </w:rPr>
        <w:t>, смена круга общения и потеря интереса к прежним занятиям могут быть косвенными признаками проблем, включая возможное употребление наркотиков.</w:t>
      </w:r>
    </w:p>
    <w:p w14:paraId="21546A3E" w14:textId="77777777" w:rsidR="003146C6" w:rsidRPr="00027C32" w:rsidRDefault="009A2EBD">
      <w:pPr>
        <w:pStyle w:val="31"/>
        <w:rPr>
          <w:lang w:val="ru-RU"/>
        </w:rPr>
      </w:pPr>
      <w:r w:rsidRPr="00027C32">
        <w:rPr>
          <w:lang w:val="ru-RU"/>
        </w:rPr>
        <w:t>2. Физические и эмоциональные изменения</w:t>
      </w:r>
    </w:p>
    <w:p w14:paraId="3E7C8DF0" w14:textId="77777777" w:rsidR="003146C6" w:rsidRPr="00027C32" w:rsidRDefault="009A2EBD">
      <w:pPr>
        <w:rPr>
          <w:lang w:val="ru-RU"/>
        </w:rPr>
      </w:pPr>
      <w:r w:rsidRPr="00027C32">
        <w:rPr>
          <w:lang w:val="ru-RU"/>
        </w:rPr>
        <w:t>Оцените, заметили ли вы следующие изменения в физическом или эмоциональн</w:t>
      </w:r>
      <w:r w:rsidRPr="00027C32">
        <w:rPr>
          <w:lang w:val="ru-RU"/>
        </w:rPr>
        <w:t>ом состоянии ребенка:</w:t>
      </w:r>
    </w:p>
    <w:p w14:paraId="4B5DF99E" w14:textId="77777777" w:rsidR="003146C6" w:rsidRDefault="009A2EBD">
      <w:pPr>
        <w:pStyle w:val="a0"/>
      </w:pPr>
      <w:r>
        <w:t>9. Частые, резкие перепады настроения.</w:t>
      </w:r>
    </w:p>
    <w:p w14:paraId="6F3DFC89" w14:textId="77777777" w:rsidR="003146C6" w:rsidRPr="00027C32" w:rsidRDefault="009A2EBD">
      <w:pPr>
        <w:pStyle w:val="a0"/>
        <w:rPr>
          <w:lang w:val="ru-RU"/>
        </w:rPr>
      </w:pPr>
      <w:r w:rsidRPr="00027C32">
        <w:rPr>
          <w:lang w:val="ru-RU"/>
        </w:rPr>
        <w:t>10. Необычная усталость или, наоборот, повышенная активность.</w:t>
      </w:r>
    </w:p>
    <w:p w14:paraId="380E0151" w14:textId="77777777" w:rsidR="003146C6" w:rsidRPr="00027C32" w:rsidRDefault="009A2EBD">
      <w:pPr>
        <w:pStyle w:val="a0"/>
        <w:rPr>
          <w:lang w:val="ru-RU"/>
        </w:rPr>
      </w:pPr>
      <w:r w:rsidRPr="00027C32">
        <w:rPr>
          <w:lang w:val="ru-RU"/>
        </w:rPr>
        <w:t>11. Частые конфликты с учителями и сверстниками.</w:t>
      </w:r>
    </w:p>
    <w:p w14:paraId="0C55497C" w14:textId="056D0F73" w:rsidR="003146C6" w:rsidRPr="00027C32" w:rsidRDefault="009A2EBD">
      <w:pPr>
        <w:pStyle w:val="a0"/>
        <w:rPr>
          <w:lang w:val="ru-RU"/>
        </w:rPr>
      </w:pPr>
      <w:r w:rsidRPr="00027C32">
        <w:rPr>
          <w:lang w:val="ru-RU"/>
        </w:rPr>
        <w:t>12. Нарушения сна (бессонница или чрезмерная сонливость).</w:t>
      </w:r>
    </w:p>
    <w:p w14:paraId="5FBC56EB" w14:textId="77777777" w:rsidR="00027C32" w:rsidRPr="00027C32" w:rsidRDefault="00027C32" w:rsidP="00027C32">
      <w:pPr>
        <w:pStyle w:val="a0"/>
        <w:rPr>
          <w:lang w:val="ru-RU"/>
        </w:rPr>
      </w:pPr>
      <w:r w:rsidRPr="00027C32">
        <w:rPr>
          <w:lang w:val="ru-RU"/>
        </w:rPr>
        <w:t>13. Наличие следов от уколов или порезов или синяков на теле ребенка.</w:t>
      </w:r>
    </w:p>
    <w:p w14:paraId="575F6B62" w14:textId="77777777" w:rsidR="00027C32" w:rsidRPr="00027C32" w:rsidRDefault="00027C32" w:rsidP="00027C32">
      <w:pPr>
        <w:pStyle w:val="a0"/>
        <w:rPr>
          <w:lang w:val="ru-RU"/>
        </w:rPr>
      </w:pPr>
      <w:r w:rsidRPr="00027C32">
        <w:rPr>
          <w:lang w:val="ru-RU"/>
        </w:rPr>
        <w:t>14. Частые жалобы на здоровье (головные боли, тошнота).</w:t>
      </w:r>
    </w:p>
    <w:p w14:paraId="02A76BAB" w14:textId="77777777" w:rsidR="00027C32" w:rsidRPr="00027C32" w:rsidRDefault="00027C32" w:rsidP="00027C32">
      <w:pPr>
        <w:pStyle w:val="a0"/>
        <w:rPr>
          <w:lang w:val="ru-RU"/>
        </w:rPr>
      </w:pPr>
      <w:r w:rsidRPr="00027C32">
        <w:rPr>
          <w:lang w:val="ru-RU"/>
        </w:rPr>
        <w:t>15. Ребенок периодически бывает в «непонятном» состоянии (нарушена координация движений, странные глаза, несвязная речь, неспособность мыслить логически).</w:t>
      </w:r>
    </w:p>
    <w:p w14:paraId="6BDA2329" w14:textId="77777777" w:rsidR="00027C32" w:rsidRPr="00027C32" w:rsidRDefault="00027C32" w:rsidP="00027C32">
      <w:pPr>
        <w:rPr>
          <w:lang w:val="ru-RU"/>
        </w:rPr>
      </w:pPr>
      <w:r w:rsidRPr="00027C32">
        <w:rPr>
          <w:lang w:val="ru-RU"/>
        </w:rPr>
        <w:t xml:space="preserve">Интерпретация: если вы ответили «да» на 4 и более вопросов, это может свидетельствовать о физических или эмоциональных изменениях, связанных с употреблением психоактивных веществ. Обратите внимание на состояние здоровья </w:t>
      </w:r>
      <w:r w:rsidRPr="00027C32">
        <w:rPr>
          <w:lang w:val="ru-RU"/>
        </w:rPr>
        <w:lastRenderedPageBreak/>
        <w:t>ребенка и при необходимости проконсультируйтесь с врачом психиатром-наркологом.</w:t>
      </w:r>
    </w:p>
    <w:p w14:paraId="2A83C3E6" w14:textId="77777777" w:rsidR="00027C32" w:rsidRPr="00027C32" w:rsidRDefault="00027C32" w:rsidP="00027C32">
      <w:pPr>
        <w:pStyle w:val="31"/>
        <w:rPr>
          <w:lang w:val="ru-RU"/>
        </w:rPr>
      </w:pPr>
      <w:r w:rsidRPr="00027C32">
        <w:rPr>
          <w:lang w:val="ru-RU"/>
        </w:rPr>
        <w:t>3. Подозрительные предметы и окружение</w:t>
      </w:r>
    </w:p>
    <w:p w14:paraId="1BFF1D9B" w14:textId="77777777" w:rsidR="00027C32" w:rsidRPr="00027C32" w:rsidRDefault="00027C32" w:rsidP="00027C32">
      <w:pPr>
        <w:rPr>
          <w:lang w:val="ru-RU"/>
        </w:rPr>
      </w:pPr>
      <w:r w:rsidRPr="00027C32">
        <w:rPr>
          <w:lang w:val="ru-RU"/>
        </w:rPr>
        <w:t>Ответьте на вопросы, связанные с возможными прямыми признаками:</w:t>
      </w:r>
    </w:p>
    <w:p w14:paraId="251F8EFD" w14:textId="77777777" w:rsidR="00027C32" w:rsidRPr="00027C32" w:rsidRDefault="00027C32" w:rsidP="00027C32">
      <w:pPr>
        <w:pStyle w:val="a0"/>
        <w:rPr>
          <w:lang w:val="ru-RU"/>
        </w:rPr>
      </w:pPr>
      <w:r w:rsidRPr="00027C32">
        <w:rPr>
          <w:lang w:val="ru-RU"/>
        </w:rPr>
        <w:t>16. Ребенок часто меняет компании, у него появились сомнительные или подозрительные друзья.</w:t>
      </w:r>
    </w:p>
    <w:p w14:paraId="46BD44EB" w14:textId="77777777" w:rsidR="00027C32" w:rsidRDefault="00027C32" w:rsidP="00027C32">
      <w:pPr>
        <w:pStyle w:val="a0"/>
      </w:pPr>
      <w:r w:rsidRPr="00027C32">
        <w:rPr>
          <w:lang w:val="ru-RU"/>
        </w:rPr>
        <w:t xml:space="preserve">17. Ребенок часто задерживается на улице, надолго пропадает неизвестно где и с кем. </w:t>
      </w:r>
      <w:proofErr w:type="spellStart"/>
      <w:r>
        <w:t>Появились</w:t>
      </w:r>
      <w:proofErr w:type="spellEnd"/>
      <w:r>
        <w:t xml:space="preserve"> </w:t>
      </w:r>
      <w:proofErr w:type="spellStart"/>
      <w:r>
        <w:t>подозрительные</w:t>
      </w:r>
      <w:proofErr w:type="spellEnd"/>
      <w:r>
        <w:t xml:space="preserve"> </w:t>
      </w:r>
      <w:proofErr w:type="spellStart"/>
      <w:r>
        <w:t>звонки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сообщения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телефоне</w:t>
      </w:r>
      <w:proofErr w:type="spellEnd"/>
      <w:r>
        <w:t>.</w:t>
      </w:r>
    </w:p>
    <w:p w14:paraId="6609D05F" w14:textId="77777777" w:rsidR="00027C32" w:rsidRPr="00027C32" w:rsidRDefault="00027C32" w:rsidP="00027C32">
      <w:pPr>
        <w:pStyle w:val="a0"/>
        <w:rPr>
          <w:lang w:val="ru-RU"/>
        </w:rPr>
      </w:pPr>
      <w:r w:rsidRPr="00027C32">
        <w:rPr>
          <w:lang w:val="ru-RU"/>
        </w:rPr>
        <w:t>18. У ребенка среди личных вещей встречаются пакетики со следами порошка, свертки с травой, шприцы, свёрнутые в трубочку бумажки, фольга, капсулы, бутылки, пузырьки, блистеры.</w:t>
      </w:r>
    </w:p>
    <w:p w14:paraId="218BC706" w14:textId="77777777" w:rsidR="00027C32" w:rsidRPr="00027C32" w:rsidRDefault="00027C32" w:rsidP="00027C32">
      <w:pPr>
        <w:pStyle w:val="a0"/>
        <w:rPr>
          <w:lang w:val="ru-RU"/>
        </w:rPr>
      </w:pPr>
      <w:r w:rsidRPr="00027C32">
        <w:rPr>
          <w:lang w:val="ru-RU"/>
        </w:rPr>
        <w:t>19. Дома пропадают деньги, ценности, у ребенка растут денежные запросы или напротив, появляются большие суммы денег, дорогие вещи без известного источника дохода.</w:t>
      </w:r>
    </w:p>
    <w:p w14:paraId="0A5EE3FC" w14:textId="77777777" w:rsidR="00027C32" w:rsidRPr="00027C32" w:rsidRDefault="00027C32" w:rsidP="00027C32">
      <w:pPr>
        <w:pStyle w:val="a0"/>
        <w:rPr>
          <w:lang w:val="ru-RU"/>
        </w:rPr>
      </w:pPr>
      <w:r w:rsidRPr="00027C32">
        <w:rPr>
          <w:lang w:val="ru-RU"/>
        </w:rPr>
        <w:t>20. У ребенка были проблемы с полицией в состоянии алкогольного опьянения.</w:t>
      </w:r>
    </w:p>
    <w:p w14:paraId="755CF3DD" w14:textId="77777777" w:rsidR="00027C32" w:rsidRPr="00027C32" w:rsidRDefault="00027C32" w:rsidP="00027C32">
      <w:pPr>
        <w:rPr>
          <w:lang w:val="ru-RU"/>
        </w:rPr>
      </w:pPr>
      <w:r w:rsidRPr="00027C32">
        <w:rPr>
          <w:lang w:val="ru-RU"/>
        </w:rPr>
        <w:t>Интерпретация: если вы ответили «да» на 3 и более вопросов, это серьезный повод для беспокойства. Наличие подозрительных предметов и изменений в социальной жизни ребенка, может указывать на прямое употребление наркотиков.</w:t>
      </w:r>
    </w:p>
    <w:p w14:paraId="5C6674DE" w14:textId="77777777" w:rsidR="00027C32" w:rsidRDefault="00027C32" w:rsidP="00027C32">
      <w:pPr>
        <w:pStyle w:val="21"/>
        <w:jc w:val="center"/>
      </w:pPr>
      <w:proofErr w:type="spellStart"/>
      <w:r>
        <w:t>Общие</w:t>
      </w:r>
      <w:proofErr w:type="spellEnd"/>
      <w:r>
        <w:t xml:space="preserve"> </w:t>
      </w:r>
      <w:proofErr w:type="spellStart"/>
      <w:r>
        <w:t>рекомендации</w:t>
      </w:r>
      <w:proofErr w:type="spellEnd"/>
    </w:p>
    <w:p w14:paraId="619E5033" w14:textId="77777777" w:rsidR="00027C32" w:rsidRPr="00027C32" w:rsidRDefault="00027C32" w:rsidP="00027C32">
      <w:pPr>
        <w:pStyle w:val="a0"/>
        <w:rPr>
          <w:lang w:val="ru-RU"/>
        </w:rPr>
      </w:pPr>
      <w:r w:rsidRPr="00027C32">
        <w:rPr>
          <w:lang w:val="ru-RU"/>
        </w:rPr>
        <w:t>Если вы обнаружили несколько тревожных сигналов в разных разделах, не паникуйте, но и не игнорируйте ситуацию.</w:t>
      </w:r>
    </w:p>
    <w:p w14:paraId="11778F6B" w14:textId="77777777" w:rsidR="00027C32" w:rsidRPr="00027C32" w:rsidRDefault="00027C32" w:rsidP="00027C32">
      <w:pPr>
        <w:pStyle w:val="a0"/>
        <w:rPr>
          <w:lang w:val="ru-RU"/>
        </w:rPr>
      </w:pPr>
      <w:r w:rsidRPr="00027C32">
        <w:rPr>
          <w:lang w:val="ru-RU"/>
        </w:rPr>
        <w:t>Постарайтесь поговорить с ребенком спокойно, без обвинений, чтобы выяснить причину изменений.</w:t>
      </w:r>
    </w:p>
    <w:p w14:paraId="32C5BC03" w14:textId="77777777" w:rsidR="00027C32" w:rsidRPr="00027C32" w:rsidRDefault="00027C32" w:rsidP="00027C32">
      <w:pPr>
        <w:pStyle w:val="a0"/>
        <w:rPr>
          <w:lang w:val="ru-RU"/>
        </w:rPr>
      </w:pPr>
      <w:r w:rsidRPr="00027C32">
        <w:rPr>
          <w:lang w:val="ru-RU"/>
        </w:rPr>
        <w:t>Помните, что своевременное вмешательство может помочь предотвратить серьезные последствия.</w:t>
      </w:r>
    </w:p>
    <w:p w14:paraId="66CA8525" w14:textId="77777777" w:rsidR="00027C32" w:rsidRPr="00027C32" w:rsidRDefault="00027C32" w:rsidP="00027C32">
      <w:pPr>
        <w:pStyle w:val="a0"/>
        <w:rPr>
          <w:lang w:val="ru-RU"/>
        </w:rPr>
      </w:pPr>
      <w:r w:rsidRPr="00027C32">
        <w:rPr>
          <w:lang w:val="ru-RU"/>
        </w:rPr>
        <w:t>Обратитесь к врачу психиатру-наркологу для получения профессиональной помощи.</w:t>
      </w:r>
    </w:p>
    <w:p w14:paraId="0262D647" w14:textId="77777777" w:rsidR="00027C32" w:rsidRPr="00027C32" w:rsidRDefault="00027C32" w:rsidP="00027C32">
      <w:pPr>
        <w:pStyle w:val="31"/>
        <w:jc w:val="center"/>
        <w:rPr>
          <w:lang w:val="ru-RU"/>
        </w:rPr>
      </w:pPr>
      <w:r w:rsidRPr="00027C32">
        <w:rPr>
          <w:lang w:val="ru-RU"/>
        </w:rPr>
        <w:t>Важно</w:t>
      </w:r>
    </w:p>
    <w:p w14:paraId="24C3229C" w14:textId="77777777" w:rsidR="00027C32" w:rsidRPr="00027C32" w:rsidRDefault="00027C32" w:rsidP="00027C32">
      <w:pPr>
        <w:rPr>
          <w:lang w:val="ru-RU"/>
        </w:rPr>
      </w:pPr>
      <w:r w:rsidRPr="00027C32">
        <w:rPr>
          <w:lang w:val="ru-RU"/>
        </w:rPr>
        <w:t>Тест предназначен для выявления потенциальных признаков употребления наркотиков. Он не является диагностическим инструментом. Если вы подозреваете, что ваш ребенок употребляет наркотики, немедленно обратитесь к врачу психиатру-наркологу для консультации и обследования.</w:t>
      </w:r>
    </w:p>
    <w:p w14:paraId="6D1372B8" w14:textId="77777777" w:rsidR="00027C32" w:rsidRPr="00027C32" w:rsidRDefault="00027C32" w:rsidP="00027C32">
      <w:pPr>
        <w:pStyle w:val="31"/>
        <w:jc w:val="center"/>
        <w:rPr>
          <w:lang w:val="ru-RU"/>
        </w:rPr>
      </w:pPr>
      <w:r w:rsidRPr="00027C32">
        <w:rPr>
          <w:lang w:val="ru-RU"/>
        </w:rPr>
        <w:t>Куда обратиться за помощью?</w:t>
      </w:r>
    </w:p>
    <w:p w14:paraId="1E24E898" w14:textId="77777777" w:rsidR="00027C32" w:rsidRPr="00027C32" w:rsidRDefault="00027C32" w:rsidP="00027C32">
      <w:pPr>
        <w:rPr>
          <w:lang w:val="ru-RU"/>
        </w:rPr>
      </w:pPr>
      <w:r w:rsidRPr="00027C32">
        <w:rPr>
          <w:lang w:val="ru-RU"/>
        </w:rPr>
        <w:t xml:space="preserve">Государственное бюджетное учреждение Ростовской области «Наркологический диспансер» г. Ростов-на-Дону, ул. Баумана, 38. Сайт </w:t>
      </w:r>
      <w:r>
        <w:t>https</w:t>
      </w:r>
      <w:r w:rsidRPr="00027C32">
        <w:rPr>
          <w:lang w:val="ru-RU"/>
        </w:rPr>
        <w:t>://</w:t>
      </w:r>
      <w:proofErr w:type="spellStart"/>
      <w:r>
        <w:t>rostovnarkolog</w:t>
      </w:r>
      <w:proofErr w:type="spellEnd"/>
      <w:r w:rsidRPr="00027C32">
        <w:rPr>
          <w:lang w:val="ru-RU"/>
        </w:rPr>
        <w:t>.</w:t>
      </w:r>
      <w:proofErr w:type="spellStart"/>
      <w:r>
        <w:t>ru</w:t>
      </w:r>
      <w:proofErr w:type="spellEnd"/>
      <w:r w:rsidRPr="00027C32">
        <w:rPr>
          <w:lang w:val="ru-RU"/>
        </w:rPr>
        <w:t xml:space="preserve">/ В Контакте: </w:t>
      </w:r>
      <w:r>
        <w:t>https</w:t>
      </w:r>
      <w:r w:rsidRPr="00027C32">
        <w:rPr>
          <w:lang w:val="ru-RU"/>
        </w:rPr>
        <w:t>://</w:t>
      </w:r>
      <w:proofErr w:type="spellStart"/>
      <w:r>
        <w:t>vk</w:t>
      </w:r>
      <w:proofErr w:type="spellEnd"/>
      <w:r w:rsidRPr="00027C32">
        <w:rPr>
          <w:lang w:val="ru-RU"/>
        </w:rPr>
        <w:t>.</w:t>
      </w:r>
      <w:r>
        <w:t>com</w:t>
      </w:r>
      <w:r w:rsidRPr="00027C32">
        <w:rPr>
          <w:lang w:val="ru-RU"/>
        </w:rPr>
        <w:t>/</w:t>
      </w:r>
      <w:proofErr w:type="spellStart"/>
      <w:r>
        <w:t>gburond</w:t>
      </w:r>
      <w:proofErr w:type="spellEnd"/>
    </w:p>
    <w:p w14:paraId="08FBCA7E" w14:textId="77777777" w:rsidR="00027C32" w:rsidRPr="00027C32" w:rsidRDefault="00027C32" w:rsidP="00027C32">
      <w:pPr>
        <w:rPr>
          <w:lang w:val="ru-RU"/>
        </w:rPr>
      </w:pPr>
      <w:r w:rsidRPr="00027C32">
        <w:rPr>
          <w:lang w:val="ru-RU"/>
        </w:rPr>
        <w:t>Запись на консультацию по тел. 8 903 402 70 24 (зам. главного врача по детско-подростковой наркологии Соловьева Елена Викторовна)</w:t>
      </w:r>
    </w:p>
    <w:p w14:paraId="43F66CE5" w14:textId="77777777" w:rsidR="00027C32" w:rsidRPr="00027C32" w:rsidRDefault="00027C32" w:rsidP="00027C32">
      <w:pPr>
        <w:pStyle w:val="a0"/>
        <w:numPr>
          <w:ilvl w:val="0"/>
          <w:numId w:val="0"/>
        </w:numPr>
        <w:ind w:left="360"/>
        <w:rPr>
          <w:lang w:val="ru-RU"/>
        </w:rPr>
      </w:pPr>
    </w:p>
    <w:sectPr w:rsidR="00027C32" w:rsidRPr="00027C32" w:rsidSect="009A2EBD">
      <w:pgSz w:w="12240" w:h="15840"/>
      <w:pgMar w:top="1440" w:right="1800" w:bottom="851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C32"/>
    <w:rsid w:val="00034616"/>
    <w:rsid w:val="0006063C"/>
    <w:rsid w:val="0015074B"/>
    <w:rsid w:val="0029639D"/>
    <w:rsid w:val="003146C6"/>
    <w:rsid w:val="00326F90"/>
    <w:rsid w:val="009A2EB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9BF8C2"/>
  <w14:defaultImageDpi w14:val="300"/>
  <w15:docId w15:val="{FA266E6E-ABA3-4755-8B5B-B0D32A24C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max-roi@mail.ru</cp:lastModifiedBy>
  <cp:revision>3</cp:revision>
  <dcterms:created xsi:type="dcterms:W3CDTF">2026-06-11T16:27:00Z</dcterms:created>
  <dcterms:modified xsi:type="dcterms:W3CDTF">2026-06-11T16:29:00Z</dcterms:modified>
  <cp:category/>
</cp:coreProperties>
</file>